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880" w:rsidRDefault="00AB7880" w:rsidP="00082D2C">
      <w:pPr>
        <w:pStyle w:val="Title"/>
        <w:spacing w:line="276" w:lineRule="auto"/>
        <w:jc w:val="center"/>
      </w:pPr>
      <w:r>
        <w:rPr>
          <w:noProof/>
        </w:rPr>
        <w:drawing>
          <wp:inline distT="0" distB="0" distL="0" distR="0">
            <wp:extent cx="2432050" cy="42650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0370" r="7292" b="18982"/>
                    <a:stretch/>
                  </pic:blipFill>
                  <pic:spPr bwMode="auto">
                    <a:xfrm>
                      <a:off x="0" y="0"/>
                      <a:ext cx="2621096" cy="4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03D" w:rsidRPr="00082D2C" w:rsidRDefault="00AB7880" w:rsidP="00082D2C">
      <w:pPr>
        <w:pStyle w:val="Title"/>
        <w:jc w:val="center"/>
        <w:rPr>
          <w:b/>
          <w:sz w:val="40"/>
          <w:szCs w:val="40"/>
        </w:rPr>
      </w:pPr>
      <w:r w:rsidRPr="00082D2C">
        <w:rPr>
          <w:b/>
          <w:sz w:val="40"/>
          <w:szCs w:val="40"/>
        </w:rPr>
        <w:t>Kilkenny PPN Training Needs Survey</w:t>
      </w:r>
    </w:p>
    <w:p w:rsidR="00AB7880" w:rsidRPr="00CB46B2" w:rsidRDefault="00AB7880" w:rsidP="00CB46B2">
      <w:pPr>
        <w:spacing w:line="240" w:lineRule="auto"/>
        <w:jc w:val="both"/>
        <w:rPr>
          <w:i/>
          <w:sz w:val="24"/>
          <w:szCs w:val="24"/>
        </w:rPr>
      </w:pPr>
      <w:r w:rsidRPr="00082D2C">
        <w:rPr>
          <w:i/>
          <w:sz w:val="24"/>
          <w:szCs w:val="24"/>
        </w:rPr>
        <w:t>Kilkenny Public Participation Network (PPN) is planning a series of free training workshops for community groups starting in September 2026. We would really value your input to ensure the training offered is relevant and meets your group needs.</w:t>
      </w:r>
      <w:r w:rsidR="00082D2C" w:rsidRPr="00082D2C">
        <w:rPr>
          <w:i/>
          <w:sz w:val="24"/>
          <w:szCs w:val="24"/>
        </w:rPr>
        <w:t xml:space="preserve"> </w:t>
      </w:r>
      <w:r w:rsidR="00CB46B2" w:rsidRPr="00CB46B2">
        <w:rPr>
          <w:i/>
          <w:sz w:val="24"/>
          <w:szCs w:val="24"/>
        </w:rPr>
        <w:t xml:space="preserve">Please submit your response </w:t>
      </w:r>
      <w:bookmarkStart w:id="0" w:name="_Hlk233879696"/>
      <w:r w:rsidR="00CB46B2" w:rsidRPr="00CB46B2">
        <w:rPr>
          <w:i/>
          <w:sz w:val="24"/>
          <w:szCs w:val="24"/>
        </w:rPr>
        <w:t>by Friday, 17 July 2026</w:t>
      </w:r>
      <w:bookmarkEnd w:id="0"/>
    </w:p>
    <w:p w:rsidR="00AB7880" w:rsidRPr="00082D2C" w:rsidRDefault="00082D2C">
      <w:pPr>
        <w:rPr>
          <w:b/>
          <w:sz w:val="24"/>
          <w:szCs w:val="24"/>
        </w:rPr>
      </w:pPr>
      <w:r w:rsidRPr="00082D2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427355</wp:posOffset>
                </wp:positionV>
                <wp:extent cx="5581650" cy="2730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D2C" w:rsidRPr="00082D2C" w:rsidRDefault="00082D2C" w:rsidP="00082D2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pt;margin-top:33.65pt;width:439.5pt;height:21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">
                <v:textbox>
                  <w:txbxContent>
                    <w:p w:rsidR="00082D2C" w:rsidRPr="00082D2C" w:rsidRDefault="00082D2C" w:rsidP="00082D2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7880" w:rsidRPr="00AB7880">
        <w:rPr>
          <w:b/>
          <w:sz w:val="24"/>
          <w:szCs w:val="24"/>
        </w:rPr>
        <w:t xml:space="preserve">1. Name of the Community Group / </w:t>
      </w:r>
      <w:proofErr w:type="spellStart"/>
      <w:r w:rsidR="00AB7880" w:rsidRPr="00AB7880">
        <w:rPr>
          <w:b/>
          <w:sz w:val="24"/>
          <w:szCs w:val="24"/>
        </w:rPr>
        <w:t>Organisation</w:t>
      </w:r>
      <w:proofErr w:type="spellEnd"/>
      <w:r w:rsidR="00AB7880" w:rsidRPr="00AB7880">
        <w:rPr>
          <w:b/>
          <w:sz w:val="24"/>
          <w:szCs w:val="24"/>
        </w:rPr>
        <w:t xml:space="preserve"> you represent</w:t>
      </w:r>
      <w:r>
        <w:rPr>
          <w:b/>
          <w:sz w:val="24"/>
          <w:szCs w:val="24"/>
        </w:rPr>
        <w:t>.</w:t>
      </w:r>
    </w:p>
    <w:p w:rsidR="00082D2C" w:rsidRDefault="00082D2C">
      <w:pPr>
        <w:rPr>
          <w:b/>
          <w:sz w:val="24"/>
          <w:szCs w:val="24"/>
        </w:rPr>
      </w:pPr>
    </w:p>
    <w:p w:rsidR="00FC703D" w:rsidRPr="00AB7880" w:rsidRDefault="00AB7880">
      <w:pPr>
        <w:rPr>
          <w:b/>
          <w:sz w:val="24"/>
          <w:szCs w:val="24"/>
        </w:rPr>
      </w:pPr>
      <w:r w:rsidRPr="00AB7880">
        <w:rPr>
          <w:b/>
          <w:sz w:val="24"/>
          <w:szCs w:val="24"/>
        </w:rPr>
        <w:t xml:space="preserve">2. What training topics would you or your Group / Organisation be interested in? Click all that apply. </w:t>
      </w:r>
    </w:p>
    <w:p w:rsidR="00FC703D" w:rsidRPr="00AB7880" w:rsidRDefault="00082D2C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 xml:space="preserve">☐ </w:t>
      </w:r>
      <w:r w:rsidR="00AB7880" w:rsidRPr="00AB7880">
        <w:rPr>
          <w:sz w:val="24"/>
          <w:szCs w:val="24"/>
        </w:rPr>
        <w:t>Grant Writing and Funding for Community Groups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Facilitation Skills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Governance / Board Roles &amp; Responsibilities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How to influence Policy and Legislation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Social Media and Communications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Canva - Graphic Design Software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Data Protection and GDPR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Climate Action &amp; Sustainability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Artificial Intelligence (AI): Ethics, Responsible Usage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Running effective meetings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Event Planning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Volunteer recruitment and management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Other: ______________________</w:t>
      </w:r>
    </w:p>
    <w:p w:rsidR="000A0E92" w:rsidRDefault="000A0E92">
      <w:pPr>
        <w:rPr>
          <w:b/>
          <w:sz w:val="24"/>
          <w:szCs w:val="24"/>
        </w:rPr>
      </w:pPr>
    </w:p>
    <w:p w:rsidR="000A0E92" w:rsidRDefault="000A0E92">
      <w:pPr>
        <w:rPr>
          <w:b/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t xml:space="preserve">3. Which 3 topics are most important to your group right now? </w:t>
      </w:r>
      <w:r w:rsidR="00082D2C" w:rsidRPr="00082D2C">
        <w:rPr>
          <w:b/>
          <w:sz w:val="24"/>
          <w:szCs w:val="24"/>
        </w:rPr>
        <w:t>Tick</w:t>
      </w:r>
      <w:r w:rsidRPr="00082D2C">
        <w:rPr>
          <w:b/>
          <w:sz w:val="24"/>
          <w:szCs w:val="24"/>
        </w:rPr>
        <w:t xml:space="preserve"> up to 3 answers</w:t>
      </w:r>
      <w:r w:rsidR="00082D2C">
        <w:rPr>
          <w:b/>
          <w:sz w:val="24"/>
          <w:szCs w:val="24"/>
        </w:rPr>
        <w:t>.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Grant Writing Tips and Tricks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Facilitation Skills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Governance / Board Roles &amp; Responsibilities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How to influence Policy and Legislation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Social Media and Communications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Canva - Graphic Design Software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Data Protection and GDPR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Climate Action &amp; Sustainability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Artificial Intelligence (AI): Ethics, Responsible Usage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Running effective meetings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Event Planning</w:t>
      </w:r>
    </w:p>
    <w:p w:rsidR="00FC703D" w:rsidRP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Volunteer recruitment and management</w:t>
      </w:r>
    </w:p>
    <w:p w:rsidR="00AB7880" w:rsidRDefault="00AB7880" w:rsidP="00082D2C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Other: ______________________</w:t>
      </w:r>
    </w:p>
    <w:p w:rsidR="00AB7880" w:rsidRPr="00AB7880" w:rsidRDefault="00AB7880">
      <w:pPr>
        <w:rPr>
          <w:sz w:val="24"/>
          <w:szCs w:val="24"/>
        </w:rPr>
      </w:pPr>
    </w:p>
    <w:p w:rsidR="000A0E92" w:rsidRDefault="000A0E92">
      <w:pPr>
        <w:rPr>
          <w:b/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t xml:space="preserve">4. How would you prefer training to be delivered? 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In-person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Online Webinar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No Preference</w:t>
      </w:r>
    </w:p>
    <w:p w:rsidR="00AB7880" w:rsidRPr="00AB7880" w:rsidRDefault="00AB7880">
      <w:pPr>
        <w:rPr>
          <w:sz w:val="24"/>
          <w:szCs w:val="24"/>
        </w:rPr>
      </w:pPr>
    </w:p>
    <w:p w:rsidR="00082D2C" w:rsidRDefault="00082D2C">
      <w:pPr>
        <w:rPr>
          <w:b/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lastRenderedPageBreak/>
        <w:t xml:space="preserve">5. What locations would suit best to attend the workshop? </w:t>
      </w:r>
      <w:r w:rsidR="000A0E92">
        <w:rPr>
          <w:b/>
          <w:sz w:val="24"/>
          <w:szCs w:val="24"/>
        </w:rPr>
        <w:t>Tick</w:t>
      </w:r>
      <w:r w:rsidRPr="00082D2C">
        <w:rPr>
          <w:b/>
          <w:sz w:val="24"/>
          <w:szCs w:val="24"/>
        </w:rPr>
        <w:t xml:space="preserve"> all locations you would attend. 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Kilkenny City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Castlecomer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Urlingford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Callan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Thomastown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Mullinavat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Graiguenamanagh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Piltown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Paulstown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Windgap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Other: ______________________</w:t>
      </w:r>
    </w:p>
    <w:p w:rsidR="00AB7880" w:rsidRDefault="00AB7880">
      <w:pPr>
        <w:rPr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t xml:space="preserve">6. What day of the week would suit you? </w:t>
      </w:r>
      <w:r w:rsidR="000A0E92">
        <w:rPr>
          <w:b/>
          <w:sz w:val="24"/>
          <w:szCs w:val="24"/>
        </w:rPr>
        <w:t>Tick</w:t>
      </w:r>
      <w:r w:rsidRPr="00082D2C">
        <w:rPr>
          <w:b/>
          <w:sz w:val="24"/>
          <w:szCs w:val="24"/>
        </w:rPr>
        <w:t xml:space="preserve"> all that apply. 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Monday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Tuesday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Wednesday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Thursday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Friday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Saturday</w:t>
      </w:r>
    </w:p>
    <w:p w:rsidR="00FC703D" w:rsidRPr="00AB7880" w:rsidRDefault="00AB7880">
      <w:pPr>
        <w:rPr>
          <w:sz w:val="24"/>
          <w:szCs w:val="24"/>
        </w:rPr>
      </w:pPr>
      <w:r w:rsidRPr="00AB7880">
        <w:rPr>
          <w:sz w:val="24"/>
          <w:szCs w:val="24"/>
        </w:rPr>
        <w:t>☐ Other: ______________________</w:t>
      </w:r>
    </w:p>
    <w:p w:rsidR="00082D2C" w:rsidRDefault="00082D2C">
      <w:pPr>
        <w:rPr>
          <w:sz w:val="24"/>
          <w:szCs w:val="24"/>
        </w:rPr>
      </w:pPr>
    </w:p>
    <w:p w:rsidR="00082D2C" w:rsidRDefault="00082D2C">
      <w:pPr>
        <w:rPr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lastRenderedPageBreak/>
        <w:t xml:space="preserve">7. Preferred time to attend a training session? </w:t>
      </w:r>
      <w:r w:rsidR="000A0E92">
        <w:rPr>
          <w:b/>
          <w:sz w:val="24"/>
          <w:szCs w:val="24"/>
        </w:rPr>
        <w:t>Tick</w:t>
      </w:r>
      <w:r w:rsidRPr="00082D2C">
        <w:rPr>
          <w:b/>
          <w:sz w:val="24"/>
          <w:szCs w:val="24"/>
        </w:rPr>
        <w:t xml:space="preserve"> all that apply. 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Daytime weekday - Monday to Friday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Evening weekday - Monday to Friday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Saturday Daytime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Saturday Evening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Other: ______________________</w:t>
      </w:r>
    </w:p>
    <w:p w:rsidR="00082D2C" w:rsidRDefault="00082D2C">
      <w:pPr>
        <w:rPr>
          <w:sz w:val="24"/>
          <w:szCs w:val="24"/>
        </w:rPr>
      </w:pPr>
    </w:p>
    <w:p w:rsidR="00FC703D" w:rsidRPr="00082D2C" w:rsidRDefault="00082D2C" w:rsidP="000A0E92">
      <w:pPr>
        <w:spacing w:after="0"/>
        <w:rPr>
          <w:b/>
          <w:sz w:val="24"/>
          <w:szCs w:val="24"/>
        </w:rPr>
      </w:pPr>
      <w:r w:rsidRPr="00082D2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8A43455" wp14:editId="4E78A3B4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5581650" cy="110490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D2C" w:rsidRPr="00082D2C" w:rsidRDefault="00082D2C" w:rsidP="00082D2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3455" id="_x0000_s1027" type="#_x0000_t202" style="position:absolute;margin-left:0;margin-top:32.35pt;width:439.5pt;height:87pt;z-index:251656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">
                <v:textbox>
                  <w:txbxContent>
                    <w:p w:rsidR="00082D2C" w:rsidRPr="00082D2C" w:rsidRDefault="00082D2C" w:rsidP="00082D2C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7880" w:rsidRPr="00082D2C">
        <w:rPr>
          <w:b/>
          <w:sz w:val="24"/>
          <w:szCs w:val="24"/>
        </w:rPr>
        <w:t>8. Any other comments in relation to preferred time or venue.</w:t>
      </w:r>
    </w:p>
    <w:p w:rsidR="00082D2C" w:rsidRPr="00082D2C" w:rsidRDefault="00082D2C">
      <w:pPr>
        <w:rPr>
          <w:b/>
          <w:sz w:val="24"/>
          <w:szCs w:val="24"/>
        </w:rPr>
      </w:pPr>
    </w:p>
    <w:p w:rsidR="00FC703D" w:rsidRPr="00082D2C" w:rsidRDefault="00AB7880">
      <w:pPr>
        <w:rPr>
          <w:b/>
          <w:sz w:val="24"/>
          <w:szCs w:val="24"/>
        </w:rPr>
      </w:pPr>
      <w:r w:rsidRPr="00082D2C">
        <w:rPr>
          <w:b/>
          <w:sz w:val="24"/>
          <w:szCs w:val="24"/>
        </w:rPr>
        <w:t xml:space="preserve">9. What length of the training session would you prefer? 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Short sessions (1–2 hours)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Half-day sessions</w:t>
      </w:r>
    </w:p>
    <w:p w:rsidR="00FC703D" w:rsidRPr="00AB7880" w:rsidRDefault="00AB7880" w:rsidP="000A0E92">
      <w:pPr>
        <w:spacing w:line="240" w:lineRule="auto"/>
        <w:rPr>
          <w:sz w:val="24"/>
          <w:szCs w:val="24"/>
        </w:rPr>
      </w:pPr>
      <w:r w:rsidRPr="00AB7880">
        <w:rPr>
          <w:sz w:val="24"/>
          <w:szCs w:val="24"/>
        </w:rPr>
        <w:t>☐ No preference</w:t>
      </w:r>
    </w:p>
    <w:p w:rsidR="00082D2C" w:rsidRDefault="00082D2C">
      <w:pPr>
        <w:rPr>
          <w:sz w:val="24"/>
          <w:szCs w:val="24"/>
        </w:rPr>
      </w:pPr>
    </w:p>
    <w:p w:rsidR="00082D2C" w:rsidRPr="000A0E92" w:rsidRDefault="000A0E92">
      <w:pPr>
        <w:rPr>
          <w:b/>
          <w:sz w:val="24"/>
          <w:szCs w:val="24"/>
        </w:rPr>
      </w:pPr>
      <w:r w:rsidRPr="00082D2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1316977" wp14:editId="5FA7B7D2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5581650" cy="1289050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28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E92" w:rsidRPr="00082D2C" w:rsidRDefault="000A0E92" w:rsidP="000A0E9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6977" id="_x0000_s1028" type="#_x0000_t202" style="position:absolute;margin-left:0;margin-top:29.95pt;width:439.5pt;height:101.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">
                <v:textbox>
                  <w:txbxContent>
                    <w:p w:rsidR="000A0E92" w:rsidRPr="00082D2C" w:rsidRDefault="000A0E92" w:rsidP="000A0E9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7880" w:rsidRPr="00082D2C">
        <w:rPr>
          <w:b/>
          <w:sz w:val="24"/>
          <w:szCs w:val="24"/>
        </w:rPr>
        <w:t>10. Any other comments?</w:t>
      </w:r>
    </w:p>
    <w:p w:rsidR="000A0E92" w:rsidRDefault="000A0E92">
      <w:pPr>
        <w:rPr>
          <w:b/>
          <w:sz w:val="24"/>
          <w:szCs w:val="24"/>
        </w:rPr>
      </w:pPr>
    </w:p>
    <w:p w:rsidR="000A0E92" w:rsidRDefault="000A0E92">
      <w:pPr>
        <w:rPr>
          <w:b/>
          <w:sz w:val="24"/>
          <w:szCs w:val="24"/>
        </w:rPr>
      </w:pPr>
      <w:r w:rsidRPr="00082D2C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40F2FC9" wp14:editId="75A8EA96">
                <wp:simplePos x="0" y="0"/>
                <wp:positionH relativeFrom="margin">
                  <wp:align>left</wp:align>
                </wp:positionH>
                <wp:positionV relativeFrom="paragraph">
                  <wp:posOffset>692150</wp:posOffset>
                </wp:positionV>
                <wp:extent cx="5581650" cy="939800"/>
                <wp:effectExtent l="0" t="0" r="1905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E92" w:rsidRPr="00082D2C" w:rsidRDefault="000A0E92" w:rsidP="000A0E9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2FC9" id="_x0000_s1029" type="#_x0000_t202" style="position:absolute;margin-left:0;margin-top:54.5pt;width:439.5pt;height:74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">
                <v:textbox>
                  <w:txbxContent>
                    <w:p w:rsidR="000A0E92" w:rsidRPr="00082D2C" w:rsidRDefault="000A0E92" w:rsidP="000A0E9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7880" w:rsidRPr="000A0E92">
        <w:rPr>
          <w:b/>
          <w:sz w:val="24"/>
          <w:szCs w:val="24"/>
        </w:rPr>
        <w:t>11. If you would like to be notified about upcoming training</w:t>
      </w:r>
      <w:r w:rsidR="001F083A">
        <w:rPr>
          <w:b/>
          <w:sz w:val="24"/>
          <w:szCs w:val="24"/>
        </w:rPr>
        <w:t xml:space="preserve"> sessions,</w:t>
      </w:r>
      <w:r w:rsidR="00AB7880" w:rsidRPr="000A0E92">
        <w:rPr>
          <w:b/>
          <w:sz w:val="24"/>
          <w:szCs w:val="24"/>
        </w:rPr>
        <w:t xml:space="preserve"> </w:t>
      </w:r>
      <w:r w:rsidR="001F083A">
        <w:rPr>
          <w:b/>
          <w:sz w:val="24"/>
          <w:szCs w:val="24"/>
        </w:rPr>
        <w:t>p</w:t>
      </w:r>
      <w:r w:rsidR="00AB7880" w:rsidRPr="000A0E92">
        <w:rPr>
          <w:b/>
          <w:sz w:val="24"/>
          <w:szCs w:val="24"/>
        </w:rPr>
        <w:t xml:space="preserve">lease include your </w:t>
      </w:r>
      <w:r w:rsidRPr="000A0E92">
        <w:rPr>
          <w:b/>
          <w:sz w:val="24"/>
          <w:szCs w:val="24"/>
        </w:rPr>
        <w:t xml:space="preserve">contact details - </w:t>
      </w:r>
      <w:r w:rsidR="00AB7880" w:rsidRPr="000A0E92">
        <w:rPr>
          <w:b/>
          <w:sz w:val="24"/>
          <w:szCs w:val="24"/>
        </w:rPr>
        <w:t>Email</w:t>
      </w:r>
      <w:r w:rsidR="00082D2C" w:rsidRPr="000A0E92">
        <w:rPr>
          <w:b/>
          <w:sz w:val="24"/>
          <w:szCs w:val="24"/>
        </w:rPr>
        <w:t xml:space="preserve"> Address</w:t>
      </w:r>
      <w:r w:rsidRPr="000A0E92">
        <w:rPr>
          <w:b/>
          <w:sz w:val="24"/>
          <w:szCs w:val="24"/>
        </w:rPr>
        <w:t xml:space="preserve">, </w:t>
      </w:r>
      <w:r w:rsidR="00082D2C" w:rsidRPr="000A0E92">
        <w:rPr>
          <w:b/>
          <w:sz w:val="24"/>
          <w:szCs w:val="24"/>
        </w:rPr>
        <w:t>Postal Address</w:t>
      </w:r>
      <w:r w:rsidRPr="000A0E92">
        <w:rPr>
          <w:b/>
          <w:sz w:val="24"/>
          <w:szCs w:val="24"/>
        </w:rPr>
        <w:t xml:space="preserve"> or Phone.</w:t>
      </w:r>
    </w:p>
    <w:p w:rsidR="001F083A" w:rsidRDefault="001F083A">
      <w:pPr>
        <w:rPr>
          <w:b/>
          <w:sz w:val="24"/>
          <w:szCs w:val="24"/>
        </w:rPr>
      </w:pPr>
    </w:p>
    <w:p w:rsidR="001F083A" w:rsidRDefault="001F083A">
      <w:pPr>
        <w:rPr>
          <w:b/>
          <w:sz w:val="24"/>
          <w:szCs w:val="24"/>
        </w:rPr>
      </w:pPr>
    </w:p>
    <w:p w:rsidR="001F083A" w:rsidRDefault="001F083A">
      <w:pPr>
        <w:rPr>
          <w:b/>
          <w:sz w:val="24"/>
          <w:szCs w:val="24"/>
        </w:rPr>
      </w:pPr>
      <w:r>
        <w:rPr>
          <w:b/>
          <w:sz w:val="24"/>
          <w:szCs w:val="24"/>
        </w:rPr>
        <w:t>Please return</w:t>
      </w:r>
      <w:r w:rsidR="004C003C">
        <w:rPr>
          <w:b/>
          <w:sz w:val="24"/>
          <w:szCs w:val="24"/>
        </w:rPr>
        <w:t xml:space="preserve"> the</w:t>
      </w:r>
      <w:r>
        <w:rPr>
          <w:b/>
          <w:sz w:val="24"/>
          <w:szCs w:val="24"/>
        </w:rPr>
        <w:t xml:space="preserve"> completed survey to Kilkenny PPN</w:t>
      </w:r>
      <w:r w:rsidR="00CB46B2">
        <w:rPr>
          <w:b/>
          <w:sz w:val="24"/>
          <w:szCs w:val="24"/>
        </w:rPr>
        <w:t xml:space="preserve"> by</w:t>
      </w:r>
      <w:r w:rsidR="00CB46B2" w:rsidRPr="00CB46B2">
        <w:rPr>
          <w:b/>
          <w:sz w:val="24"/>
          <w:szCs w:val="24"/>
        </w:rPr>
        <w:t xml:space="preserve"> Friday 17</w:t>
      </w:r>
      <w:r w:rsidR="004C003C">
        <w:rPr>
          <w:b/>
          <w:sz w:val="24"/>
          <w:szCs w:val="24"/>
        </w:rPr>
        <w:t>th</w:t>
      </w:r>
      <w:bookmarkStart w:id="1" w:name="_GoBack"/>
      <w:bookmarkEnd w:id="1"/>
      <w:r w:rsidR="00CB46B2" w:rsidRPr="00CB46B2">
        <w:rPr>
          <w:b/>
          <w:sz w:val="24"/>
          <w:szCs w:val="24"/>
        </w:rPr>
        <w:t xml:space="preserve"> July 2026</w:t>
      </w:r>
      <w:r>
        <w:rPr>
          <w:b/>
          <w:sz w:val="24"/>
          <w:szCs w:val="24"/>
        </w:rPr>
        <w:t>.</w:t>
      </w:r>
    </w:p>
    <w:p w:rsidR="001F083A" w:rsidRDefault="001F083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  <w:r w:rsidRPr="00CB46B2">
        <w:rPr>
          <w:sz w:val="24"/>
          <w:szCs w:val="24"/>
        </w:rPr>
        <w:t>ppnkilkenny@kilkennycoco.ie</w:t>
      </w:r>
    </w:p>
    <w:p w:rsidR="001F083A" w:rsidRDefault="001F083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Postal: </w:t>
      </w:r>
      <w:r w:rsidRPr="00CB46B2">
        <w:rPr>
          <w:sz w:val="24"/>
          <w:szCs w:val="24"/>
        </w:rPr>
        <w:t>Kilkenny PPN, Patricks Court, Patrick Street, Kilkenny, R95 N28F</w:t>
      </w:r>
    </w:p>
    <w:p w:rsidR="00CB46B2" w:rsidRDefault="00CB46B2">
      <w:pPr>
        <w:rPr>
          <w:b/>
          <w:sz w:val="24"/>
          <w:szCs w:val="24"/>
        </w:rPr>
      </w:pPr>
    </w:p>
    <w:p w:rsidR="004C003C" w:rsidRDefault="004C003C">
      <w:pPr>
        <w:rPr>
          <w:b/>
          <w:sz w:val="24"/>
          <w:szCs w:val="24"/>
        </w:rPr>
      </w:pPr>
      <w:r>
        <w:rPr>
          <w:b/>
          <w:sz w:val="24"/>
          <w:szCs w:val="24"/>
        </w:rPr>
        <w:t>Online Version of Survey</w:t>
      </w:r>
    </w:p>
    <w:p w:rsidR="00CB46B2" w:rsidRPr="004C003C" w:rsidRDefault="00CB46B2">
      <w:pPr>
        <w:rPr>
          <w:sz w:val="24"/>
          <w:szCs w:val="24"/>
        </w:rPr>
      </w:pPr>
      <w:r w:rsidRPr="004C003C">
        <w:rPr>
          <w:sz w:val="24"/>
          <w:szCs w:val="24"/>
        </w:rPr>
        <w:t>The online version of the survey is available on the Kilkenny PPN website –</w:t>
      </w:r>
    </w:p>
    <w:p w:rsidR="00CB46B2" w:rsidRPr="004C003C" w:rsidRDefault="00414EB9">
      <w:pPr>
        <w:rPr>
          <w:sz w:val="24"/>
          <w:szCs w:val="24"/>
        </w:rPr>
      </w:pPr>
      <w:hyperlink r:id="rId7" w:history="1">
        <w:r w:rsidRPr="004C003C">
          <w:rPr>
            <w:rStyle w:val="Hyperlink"/>
            <w:sz w:val="24"/>
            <w:szCs w:val="24"/>
          </w:rPr>
          <w:t>www.kilkennyppn.ie</w:t>
        </w:r>
      </w:hyperlink>
      <w:r w:rsidR="004C003C" w:rsidRPr="004C003C">
        <w:rPr>
          <w:sz w:val="24"/>
          <w:szCs w:val="24"/>
        </w:rPr>
        <w:t xml:space="preserve"> or scan the QR code below</w:t>
      </w:r>
    </w:p>
    <w:p w:rsidR="00414EB9" w:rsidRDefault="00414EB9">
      <w:pPr>
        <w:rPr>
          <w:sz w:val="24"/>
          <w:szCs w:val="24"/>
        </w:rPr>
      </w:pPr>
    </w:p>
    <w:p w:rsidR="00414EB9" w:rsidRPr="00414EB9" w:rsidRDefault="00414EB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339850" cy="132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6" t="33422" r="21925" b="10962"/>
                    <a:stretch/>
                  </pic:blipFill>
                  <pic:spPr bwMode="auto">
                    <a:xfrm>
                      <a:off x="0" y="0"/>
                      <a:ext cx="13398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6B2" w:rsidRPr="000A0E92" w:rsidRDefault="00CB46B2">
      <w:pPr>
        <w:rPr>
          <w:b/>
          <w:sz w:val="24"/>
          <w:szCs w:val="24"/>
        </w:rPr>
      </w:pPr>
    </w:p>
    <w:sectPr w:rsidR="00CB46B2" w:rsidRPr="000A0E9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2D2C"/>
    <w:rsid w:val="000A0E92"/>
    <w:rsid w:val="0015074B"/>
    <w:rsid w:val="001F083A"/>
    <w:rsid w:val="0029639D"/>
    <w:rsid w:val="00326F90"/>
    <w:rsid w:val="00414EB9"/>
    <w:rsid w:val="004C003C"/>
    <w:rsid w:val="00AA1D8D"/>
    <w:rsid w:val="00AB7880"/>
    <w:rsid w:val="00B47730"/>
    <w:rsid w:val="00CB0664"/>
    <w:rsid w:val="00CB46B2"/>
    <w:rsid w:val="00FC693F"/>
    <w:rsid w:val="00FC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331A08"/>
  <w14:defaultImageDpi w14:val="300"/>
  <w15:docId w15:val="{D106A7DD-FA68-4D01-B6A1-EA65AD29D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14E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4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kilkennyppn.i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ACD073-5A01-4FD3-8C2F-2C4E4B11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Seale</dc:creator>
  <cp:keywords/>
  <dc:description>generated by python-docx</dc:description>
  <cp:lastModifiedBy>Diane Seale</cp:lastModifiedBy>
  <cp:revision>3</cp:revision>
  <dcterms:created xsi:type="dcterms:W3CDTF">2026-07-02T09:01:00Z</dcterms:created>
  <dcterms:modified xsi:type="dcterms:W3CDTF">2026-07-02T09:33:00Z</dcterms:modified>
  <cp:category/>
</cp:coreProperties>
</file>